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E765D" w14:textId="0353BCB6" w:rsidR="00973D3E" w:rsidRPr="00632DC4" w:rsidRDefault="4DC1616E">
      <w:pPr>
        <w:jc w:val="right"/>
        <w:rPr>
          <w:rFonts w:ascii="Times New Roman" w:hAnsi="Times New Roman" w:cs="Times New Roman"/>
          <w:sz w:val="24"/>
          <w:szCs w:val="24"/>
          <w:lang w:val="pt-BR"/>
        </w:rPr>
      </w:pPr>
      <w:r w:rsidRPr="00632DC4">
        <w:rPr>
          <w:rFonts w:ascii="Times New Roman" w:hAnsi="Times New Roman" w:cs="Times New Roman"/>
          <w:sz w:val="24"/>
          <w:szCs w:val="24"/>
          <w:lang w:val="pt-BR"/>
        </w:rPr>
        <w:t>Forma patvirtinta</w:t>
      </w:r>
      <w:r w:rsidR="00795E04" w:rsidRPr="00632DC4">
        <w:rPr>
          <w:lang w:val="pt-BR"/>
        </w:rPr>
        <w:br/>
      </w:r>
      <w:r w:rsidRPr="00632DC4">
        <w:rPr>
          <w:rFonts w:ascii="Times New Roman" w:hAnsi="Times New Roman" w:cs="Times New Roman"/>
          <w:sz w:val="24"/>
          <w:szCs w:val="24"/>
          <w:lang w:val="pt-BR"/>
        </w:rPr>
        <w:t>Lietuvos kino centro prie Kultūros ministerijos</w:t>
      </w:r>
      <w:r w:rsidR="00795E04" w:rsidRPr="00632DC4">
        <w:rPr>
          <w:lang w:val="pt-BR"/>
        </w:rPr>
        <w:br/>
      </w:r>
      <w:r w:rsidRPr="00632DC4">
        <w:rPr>
          <w:rFonts w:ascii="Times New Roman" w:hAnsi="Times New Roman" w:cs="Times New Roman"/>
          <w:sz w:val="24"/>
          <w:szCs w:val="24"/>
          <w:lang w:val="pt-BR"/>
        </w:rPr>
        <w:t xml:space="preserve">direktoriaus 2026 m. </w:t>
      </w:r>
      <w:r w:rsidR="00DE779B">
        <w:rPr>
          <w:rFonts w:ascii="Times New Roman" w:hAnsi="Times New Roman" w:cs="Times New Roman"/>
          <w:sz w:val="24"/>
          <w:szCs w:val="24"/>
          <w:lang w:val="pt-BR"/>
        </w:rPr>
        <w:t>spalio 1</w:t>
      </w:r>
      <w:r w:rsidRPr="00632DC4">
        <w:rPr>
          <w:rFonts w:ascii="Times New Roman" w:hAnsi="Times New Roman" w:cs="Times New Roman"/>
          <w:sz w:val="24"/>
          <w:szCs w:val="24"/>
          <w:lang w:val="pt-BR"/>
        </w:rPr>
        <w:t xml:space="preserve"> d.</w:t>
      </w:r>
      <w:r w:rsidR="00795E04" w:rsidRPr="00632DC4">
        <w:rPr>
          <w:lang w:val="pt-BR"/>
        </w:rPr>
        <w:br/>
      </w:r>
      <w:r w:rsidRPr="00632DC4">
        <w:rPr>
          <w:rFonts w:ascii="Times New Roman" w:hAnsi="Times New Roman" w:cs="Times New Roman"/>
          <w:sz w:val="24"/>
          <w:szCs w:val="24"/>
          <w:lang w:val="pt-BR"/>
        </w:rPr>
        <w:t>įsakymu Nr.</w:t>
      </w:r>
      <w:r w:rsidR="00DE779B">
        <w:rPr>
          <w:rFonts w:ascii="Times New Roman" w:hAnsi="Times New Roman" w:cs="Times New Roman"/>
          <w:sz w:val="24"/>
          <w:szCs w:val="24"/>
          <w:lang w:val="pt-BR"/>
        </w:rPr>
        <w:t xml:space="preserve"> V-117</w:t>
      </w:r>
      <w:r w:rsidRPr="00632DC4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43E28F23" w:rsidRPr="00632DC4">
        <w:rPr>
          <w:rFonts w:ascii="Times New Roman" w:hAnsi="Times New Roman" w:cs="Times New Roman"/>
          <w:sz w:val="24"/>
          <w:szCs w:val="24"/>
          <w:lang w:val="pt-BR"/>
        </w:rPr>
        <w:t xml:space="preserve">               </w:t>
      </w:r>
    </w:p>
    <w:p w14:paraId="63C9B10A" w14:textId="3483CAFE" w:rsidR="00632DC4" w:rsidRPr="00D917BE" w:rsidRDefault="00632DC4" w:rsidP="00D917BE">
      <w:pPr>
        <w:spacing w:after="0"/>
        <w:ind w:left="1440" w:firstLine="720"/>
        <w:rPr>
          <w:rFonts w:ascii="Times New Roman" w:hAnsi="Times New Roman" w:cs="Times New Roman"/>
          <w:b/>
          <w:bCs/>
          <w:szCs w:val="24"/>
          <w:lang w:val="pt-BR" w:eastAsia="lt-LT"/>
        </w:rPr>
      </w:pPr>
      <w:r w:rsidRPr="00D917BE">
        <w:rPr>
          <w:rFonts w:ascii="Times New Roman" w:hAnsi="Times New Roman" w:cs="Times New Roman"/>
          <w:b/>
          <w:bCs/>
          <w:szCs w:val="24"/>
          <w:lang w:val="pt-BR" w:eastAsia="lt-LT"/>
        </w:rPr>
        <w:t>(Lietuvos metų Vokietijoje kino srities detalizuoto projekto forma)</w:t>
      </w:r>
    </w:p>
    <w:p w14:paraId="5F8CAE76" w14:textId="77777777" w:rsidR="00632DC4" w:rsidRDefault="00632DC4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14:paraId="338FC080" w14:textId="5A95DCCC" w:rsidR="00973D3E" w:rsidRPr="00632DC4" w:rsidRDefault="64A25B9D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632DC4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LIETUVOS </w:t>
      </w:r>
      <w:r w:rsidR="0CEFB6C1" w:rsidRPr="00632DC4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METŲ </w:t>
      </w:r>
      <w:r w:rsidRPr="00632DC4">
        <w:rPr>
          <w:rFonts w:ascii="Times New Roman" w:hAnsi="Times New Roman" w:cs="Times New Roman"/>
          <w:b/>
          <w:bCs/>
          <w:sz w:val="24"/>
          <w:szCs w:val="24"/>
          <w:lang w:val="pt-BR"/>
        </w:rPr>
        <w:t>VOKIETIJOJE KINO SRITIES</w:t>
      </w:r>
      <w:r w:rsidR="0CEFB6C1" w:rsidRPr="00632DC4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 </w:t>
      </w:r>
      <w:r w:rsidR="00795E04" w:rsidRPr="00632DC4">
        <w:rPr>
          <w:lang w:val="pt-BR"/>
        </w:rPr>
        <w:br/>
      </w:r>
      <w:r w:rsidRPr="00632DC4">
        <w:rPr>
          <w:rFonts w:ascii="Times New Roman" w:hAnsi="Times New Roman" w:cs="Times New Roman"/>
          <w:b/>
          <w:bCs/>
          <w:sz w:val="24"/>
          <w:szCs w:val="24"/>
          <w:lang w:val="pt-BR"/>
        </w:rPr>
        <w:t>DETALIZUOT</w:t>
      </w:r>
      <w:r w:rsidR="24B40993" w:rsidRPr="00632DC4">
        <w:rPr>
          <w:rFonts w:ascii="Times New Roman" w:hAnsi="Times New Roman" w:cs="Times New Roman"/>
          <w:b/>
          <w:bCs/>
          <w:sz w:val="24"/>
          <w:szCs w:val="24"/>
          <w:lang w:val="pt-BR"/>
        </w:rPr>
        <w:t>AS</w:t>
      </w:r>
      <w:r w:rsidRPr="00632DC4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 PROJEKT</w:t>
      </w:r>
      <w:r w:rsidR="31CDC833" w:rsidRPr="00632DC4">
        <w:rPr>
          <w:rFonts w:ascii="Times New Roman" w:hAnsi="Times New Roman" w:cs="Times New Roman"/>
          <w:b/>
          <w:bCs/>
          <w:sz w:val="24"/>
          <w:szCs w:val="24"/>
          <w:lang w:val="pt-BR"/>
        </w:rPr>
        <w:t>AS</w:t>
      </w:r>
    </w:p>
    <w:p w14:paraId="2CD8CBDD" w14:textId="77777777" w:rsidR="00973D3E" w:rsidRPr="00632DC4" w:rsidRDefault="00795E04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632DC4">
        <w:rPr>
          <w:rFonts w:ascii="Times New Roman" w:hAnsi="Times New Roman" w:cs="Times New Roman"/>
          <w:i/>
          <w:sz w:val="24"/>
          <w:szCs w:val="24"/>
          <w:lang w:val="pt-BR"/>
        </w:rPr>
        <w:t>Pildoma Pareiškėjo, kurio Idėja atrinkta Konkurso būdu</w:t>
      </w:r>
    </w:p>
    <w:p w14:paraId="14119D34" w14:textId="77777777" w:rsidR="00973D3E" w:rsidRPr="001C2B51" w:rsidRDefault="00795E04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1C2B51">
        <w:rPr>
          <w:rFonts w:ascii="Times New Roman" w:hAnsi="Times New Roman" w:cs="Times New Roman"/>
          <w:b/>
          <w:sz w:val="24"/>
          <w:szCs w:val="24"/>
        </w:rPr>
        <w:t>1. PAREIŠKĖJO IR ATRINKTOS IDĖJOS DUOMENYS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982"/>
        <w:gridCol w:w="4980"/>
      </w:tblGrid>
      <w:tr w:rsidR="00973D3E" w:rsidRPr="001C2B51" w14:paraId="0BD26913" w14:textId="77777777" w:rsidTr="674A547D">
        <w:trPr>
          <w:jc w:val="center"/>
        </w:trPr>
        <w:tc>
          <w:tcPr>
            <w:tcW w:w="4986" w:type="dxa"/>
            <w:vAlign w:val="center"/>
          </w:tcPr>
          <w:p w14:paraId="02C8850C" w14:textId="77777777" w:rsidR="00973D3E" w:rsidRPr="001C2B51" w:rsidRDefault="18AF6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Pareiškėjo</w:t>
            </w:r>
            <w:proofErr w:type="spellEnd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pavadinimas</w:t>
            </w:r>
            <w:proofErr w:type="spellEnd"/>
          </w:p>
        </w:tc>
        <w:tc>
          <w:tcPr>
            <w:tcW w:w="4986" w:type="dxa"/>
            <w:vAlign w:val="center"/>
          </w:tcPr>
          <w:p w14:paraId="61A4D6D4" w14:textId="77777777" w:rsidR="00973D3E" w:rsidRPr="001C2B51" w:rsidRDefault="00973D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D3E" w:rsidRPr="001C2B51" w14:paraId="0E5D315E" w14:textId="77777777" w:rsidTr="674A547D">
        <w:trPr>
          <w:jc w:val="center"/>
        </w:trPr>
        <w:tc>
          <w:tcPr>
            <w:tcW w:w="4986" w:type="dxa"/>
            <w:vAlign w:val="center"/>
          </w:tcPr>
          <w:p w14:paraId="2215B128" w14:textId="77777777" w:rsidR="00973D3E" w:rsidRPr="001C2B51" w:rsidRDefault="18AF6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Juridinio</w:t>
            </w:r>
            <w:proofErr w:type="spellEnd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asmens</w:t>
            </w:r>
            <w:proofErr w:type="spellEnd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kodas</w:t>
            </w:r>
            <w:proofErr w:type="spellEnd"/>
          </w:p>
        </w:tc>
        <w:tc>
          <w:tcPr>
            <w:tcW w:w="4986" w:type="dxa"/>
            <w:vAlign w:val="center"/>
          </w:tcPr>
          <w:p w14:paraId="353A084D" w14:textId="77777777" w:rsidR="00973D3E" w:rsidRPr="001C2B51" w:rsidRDefault="00973D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D3E" w:rsidRPr="001C2B51" w14:paraId="316F9F16" w14:textId="77777777" w:rsidTr="674A547D">
        <w:trPr>
          <w:jc w:val="center"/>
        </w:trPr>
        <w:tc>
          <w:tcPr>
            <w:tcW w:w="4986" w:type="dxa"/>
            <w:vAlign w:val="center"/>
          </w:tcPr>
          <w:p w14:paraId="283B89E3" w14:textId="77777777" w:rsidR="00973D3E" w:rsidRPr="001C2B51" w:rsidRDefault="18AF6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Atrinktos</w:t>
            </w:r>
            <w:proofErr w:type="spellEnd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Idėjos</w:t>
            </w:r>
            <w:proofErr w:type="spellEnd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pavadinimas</w:t>
            </w:r>
            <w:proofErr w:type="spellEnd"/>
          </w:p>
        </w:tc>
        <w:tc>
          <w:tcPr>
            <w:tcW w:w="4986" w:type="dxa"/>
            <w:vAlign w:val="center"/>
          </w:tcPr>
          <w:p w14:paraId="0F259FC9" w14:textId="77777777" w:rsidR="00973D3E" w:rsidRPr="001C2B51" w:rsidRDefault="00973D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D3E" w:rsidRPr="001C2B51" w14:paraId="4BFB7909" w14:textId="77777777" w:rsidTr="674A547D">
        <w:trPr>
          <w:jc w:val="center"/>
        </w:trPr>
        <w:tc>
          <w:tcPr>
            <w:tcW w:w="4986" w:type="dxa"/>
            <w:vAlign w:val="center"/>
          </w:tcPr>
          <w:p w14:paraId="2236EA42" w14:textId="77777777" w:rsidR="00973D3E" w:rsidRPr="001C2B51" w:rsidRDefault="18AF6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Už</w:t>
            </w:r>
            <w:proofErr w:type="spellEnd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Projektą</w:t>
            </w:r>
            <w:proofErr w:type="spellEnd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atsakingas</w:t>
            </w:r>
            <w:proofErr w:type="spellEnd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asmuo</w:t>
            </w:r>
            <w:proofErr w:type="spellEnd"/>
          </w:p>
        </w:tc>
        <w:tc>
          <w:tcPr>
            <w:tcW w:w="4986" w:type="dxa"/>
            <w:vAlign w:val="center"/>
          </w:tcPr>
          <w:p w14:paraId="2FC5A298" w14:textId="77777777" w:rsidR="00973D3E" w:rsidRPr="001C2B51" w:rsidRDefault="00973D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D3E" w:rsidRPr="001C2B51" w14:paraId="128AE56C" w14:textId="77777777" w:rsidTr="674A547D">
        <w:trPr>
          <w:jc w:val="center"/>
        </w:trPr>
        <w:tc>
          <w:tcPr>
            <w:tcW w:w="4986" w:type="dxa"/>
            <w:vAlign w:val="center"/>
          </w:tcPr>
          <w:p w14:paraId="095F239E" w14:textId="77777777" w:rsidR="00973D3E" w:rsidRPr="001C2B51" w:rsidRDefault="18AF6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Telefono</w:t>
            </w:r>
            <w:proofErr w:type="spellEnd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numeris</w:t>
            </w:r>
            <w:proofErr w:type="spellEnd"/>
          </w:p>
        </w:tc>
        <w:tc>
          <w:tcPr>
            <w:tcW w:w="4986" w:type="dxa"/>
            <w:vAlign w:val="center"/>
          </w:tcPr>
          <w:p w14:paraId="21E6139B" w14:textId="77777777" w:rsidR="00973D3E" w:rsidRPr="001C2B51" w:rsidRDefault="00973D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D3E" w:rsidRPr="001C2B51" w14:paraId="52F8F89D" w14:textId="77777777" w:rsidTr="674A547D">
        <w:trPr>
          <w:jc w:val="center"/>
        </w:trPr>
        <w:tc>
          <w:tcPr>
            <w:tcW w:w="4986" w:type="dxa"/>
            <w:vAlign w:val="center"/>
          </w:tcPr>
          <w:p w14:paraId="759017FA" w14:textId="77777777" w:rsidR="00973D3E" w:rsidRPr="001C2B51" w:rsidRDefault="18AF6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El. </w:t>
            </w:r>
            <w:proofErr w:type="spellStart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pašto</w:t>
            </w:r>
            <w:proofErr w:type="spellEnd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adresas</w:t>
            </w:r>
            <w:proofErr w:type="spellEnd"/>
          </w:p>
        </w:tc>
        <w:tc>
          <w:tcPr>
            <w:tcW w:w="4986" w:type="dxa"/>
            <w:vAlign w:val="center"/>
          </w:tcPr>
          <w:p w14:paraId="33F4D76B" w14:textId="77777777" w:rsidR="00973D3E" w:rsidRPr="001C2B51" w:rsidRDefault="00973D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668996" w14:textId="77777777" w:rsidR="00973D3E" w:rsidRPr="001C2B51" w:rsidRDefault="18AF6D01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674A547D">
        <w:rPr>
          <w:rFonts w:ascii="Times New Roman" w:hAnsi="Times New Roman" w:cs="Times New Roman"/>
          <w:b/>
          <w:bCs/>
          <w:sz w:val="24"/>
          <w:szCs w:val="24"/>
        </w:rPr>
        <w:t>2. PROJEKTO DUOMENYS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982"/>
        <w:gridCol w:w="4980"/>
      </w:tblGrid>
      <w:tr w:rsidR="00973D3E" w:rsidRPr="001C2B51" w14:paraId="6AB67531" w14:textId="77777777" w:rsidTr="674A547D">
        <w:trPr>
          <w:jc w:val="center"/>
        </w:trPr>
        <w:tc>
          <w:tcPr>
            <w:tcW w:w="4986" w:type="dxa"/>
            <w:vAlign w:val="center"/>
          </w:tcPr>
          <w:p w14:paraId="5CB8FE35" w14:textId="77777777" w:rsidR="00973D3E" w:rsidRPr="001C2B51" w:rsidRDefault="18AF6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Projekto</w:t>
            </w:r>
            <w:proofErr w:type="spellEnd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pavadinimas</w:t>
            </w:r>
            <w:proofErr w:type="spellEnd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lietuvių</w:t>
            </w:r>
            <w:proofErr w:type="spellEnd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kalba</w:t>
            </w:r>
            <w:proofErr w:type="spellEnd"/>
          </w:p>
        </w:tc>
        <w:tc>
          <w:tcPr>
            <w:tcW w:w="4986" w:type="dxa"/>
            <w:vAlign w:val="center"/>
          </w:tcPr>
          <w:p w14:paraId="3FFD125E" w14:textId="77777777" w:rsidR="00973D3E" w:rsidRPr="001C2B51" w:rsidRDefault="00973D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D3E" w:rsidRPr="001C2B51" w14:paraId="0F7E38A5" w14:textId="77777777" w:rsidTr="674A547D">
        <w:trPr>
          <w:jc w:val="center"/>
        </w:trPr>
        <w:tc>
          <w:tcPr>
            <w:tcW w:w="4986" w:type="dxa"/>
            <w:vAlign w:val="center"/>
          </w:tcPr>
          <w:p w14:paraId="74BAB8DB" w14:textId="77777777" w:rsidR="00973D3E" w:rsidRPr="001C2B51" w:rsidRDefault="18AF6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Projekto</w:t>
            </w:r>
            <w:proofErr w:type="spellEnd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pavadinimas</w:t>
            </w:r>
            <w:proofErr w:type="spellEnd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anglų</w:t>
            </w:r>
            <w:proofErr w:type="spellEnd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674A5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kalba</w:t>
            </w:r>
            <w:proofErr w:type="spellEnd"/>
          </w:p>
        </w:tc>
        <w:tc>
          <w:tcPr>
            <w:tcW w:w="4986" w:type="dxa"/>
            <w:vAlign w:val="center"/>
          </w:tcPr>
          <w:p w14:paraId="3A52A484" w14:textId="77777777" w:rsidR="00973D3E" w:rsidRPr="001C2B51" w:rsidRDefault="00973D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D3E" w:rsidRPr="00632DC4" w14:paraId="154FC859" w14:textId="77777777" w:rsidTr="674A547D">
        <w:trPr>
          <w:jc w:val="center"/>
        </w:trPr>
        <w:tc>
          <w:tcPr>
            <w:tcW w:w="4986" w:type="dxa"/>
            <w:vAlign w:val="center"/>
          </w:tcPr>
          <w:p w14:paraId="784FB980" w14:textId="77777777" w:rsidR="00973D3E" w:rsidRPr="00632DC4" w:rsidRDefault="18AF6D01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32DC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Projekto įgyvendinimo data arba laikotarpis</w:t>
            </w:r>
          </w:p>
        </w:tc>
        <w:tc>
          <w:tcPr>
            <w:tcW w:w="4986" w:type="dxa"/>
            <w:vAlign w:val="center"/>
          </w:tcPr>
          <w:p w14:paraId="258C601C" w14:textId="77777777" w:rsidR="00973D3E" w:rsidRPr="00632DC4" w:rsidRDefault="00973D3E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973D3E" w:rsidRPr="00632DC4" w14:paraId="39B30F25" w14:textId="77777777" w:rsidTr="674A547D">
        <w:trPr>
          <w:jc w:val="center"/>
        </w:trPr>
        <w:tc>
          <w:tcPr>
            <w:tcW w:w="4986" w:type="dxa"/>
            <w:vAlign w:val="center"/>
          </w:tcPr>
          <w:p w14:paraId="30C5BE52" w14:textId="77777777" w:rsidR="00973D3E" w:rsidRPr="00632DC4" w:rsidRDefault="18AF6D01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32DC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Projekto įgyvendinimo vieta / miestas (-ai) Vokietijoje</w:t>
            </w:r>
          </w:p>
        </w:tc>
        <w:tc>
          <w:tcPr>
            <w:tcW w:w="4986" w:type="dxa"/>
            <w:vAlign w:val="center"/>
          </w:tcPr>
          <w:p w14:paraId="2D232E46" w14:textId="77777777" w:rsidR="00973D3E" w:rsidRPr="00632DC4" w:rsidRDefault="00973D3E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973D3E" w:rsidRPr="00632DC4" w14:paraId="575D3B04" w14:textId="77777777" w:rsidTr="674A547D">
        <w:trPr>
          <w:jc w:val="center"/>
        </w:trPr>
        <w:tc>
          <w:tcPr>
            <w:tcW w:w="4986" w:type="dxa"/>
            <w:vAlign w:val="center"/>
          </w:tcPr>
          <w:p w14:paraId="2558BE82" w14:textId="77777777" w:rsidR="00973D3E" w:rsidRPr="00632DC4" w:rsidRDefault="18AF6D01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32DC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Renginys / programa Vokietijoje, kurios kontekste Projektas įgyvendinamas (jeigu taikoma)</w:t>
            </w:r>
          </w:p>
        </w:tc>
        <w:tc>
          <w:tcPr>
            <w:tcW w:w="4986" w:type="dxa"/>
            <w:vAlign w:val="center"/>
          </w:tcPr>
          <w:p w14:paraId="58914051" w14:textId="77777777" w:rsidR="00973D3E" w:rsidRPr="00632DC4" w:rsidRDefault="00973D3E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14:paraId="2EADEF42" w14:textId="77777777" w:rsidR="00973D3E" w:rsidRPr="00632DC4" w:rsidRDefault="00795E04">
      <w:pPr>
        <w:spacing w:before="160" w:after="80"/>
        <w:rPr>
          <w:rFonts w:ascii="Times New Roman" w:hAnsi="Times New Roman" w:cs="Times New Roman"/>
          <w:sz w:val="24"/>
          <w:szCs w:val="24"/>
          <w:lang w:val="pt-BR"/>
        </w:rPr>
      </w:pPr>
      <w:r w:rsidRPr="00632DC4">
        <w:rPr>
          <w:rFonts w:ascii="Times New Roman" w:hAnsi="Times New Roman" w:cs="Times New Roman"/>
          <w:b/>
          <w:sz w:val="24"/>
          <w:szCs w:val="24"/>
          <w:lang w:val="pt-BR"/>
        </w:rPr>
        <w:t>3. DETALIZUOTO PROJEKTO APRAŠYMAS</w:t>
      </w:r>
    </w:p>
    <w:p w14:paraId="61C0728B" w14:textId="77777777" w:rsidR="00973D3E" w:rsidRPr="00632DC4" w:rsidRDefault="00795E04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632DC4">
        <w:rPr>
          <w:rFonts w:ascii="Times New Roman" w:hAnsi="Times New Roman" w:cs="Times New Roman"/>
          <w:sz w:val="24"/>
          <w:szCs w:val="24"/>
          <w:lang w:val="pt-BR"/>
        </w:rPr>
        <w:t>Trumpai aprašykite, kaip atrinkta Idėja detalizuojama į Projektą. Nurodykite galutinį Projekto sumanymą, tikslą, pagrindines veiklas ir numatomą rezultatą. Detalizuojant Projektą negali būti iš esmės keičiama ekspertų įvertinta Idėjos koncepcija, tikslas, pagrindinės veiklos ir numatoma auditorija.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62"/>
      </w:tblGrid>
      <w:tr w:rsidR="00973D3E" w:rsidRPr="00632DC4" w14:paraId="5AC07224" w14:textId="77777777">
        <w:tc>
          <w:tcPr>
            <w:tcW w:w="9972" w:type="dxa"/>
            <w:vAlign w:val="center"/>
          </w:tcPr>
          <w:p w14:paraId="2EF727D9" w14:textId="77777777" w:rsidR="00973D3E" w:rsidRPr="00632DC4" w:rsidRDefault="00795E04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32DC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br/>
            </w:r>
            <w:r w:rsidRPr="00632DC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br/>
            </w:r>
            <w:r w:rsidRPr="00632DC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br/>
            </w:r>
            <w:r w:rsidRPr="00632DC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br/>
            </w:r>
            <w:r w:rsidRPr="00632DC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br/>
            </w:r>
          </w:p>
        </w:tc>
      </w:tr>
    </w:tbl>
    <w:p w14:paraId="23E7C5C4" w14:textId="77777777" w:rsidR="00973D3E" w:rsidRPr="00632DC4" w:rsidRDefault="00795E04">
      <w:pPr>
        <w:spacing w:before="160" w:after="80"/>
        <w:rPr>
          <w:rFonts w:ascii="Times New Roman" w:hAnsi="Times New Roman" w:cs="Times New Roman"/>
          <w:sz w:val="24"/>
          <w:szCs w:val="24"/>
          <w:lang w:val="pt-BR"/>
        </w:rPr>
      </w:pPr>
      <w:r w:rsidRPr="00632DC4">
        <w:rPr>
          <w:rFonts w:ascii="Times New Roman" w:hAnsi="Times New Roman" w:cs="Times New Roman"/>
          <w:b/>
          <w:sz w:val="24"/>
          <w:szCs w:val="24"/>
          <w:lang w:val="pt-BR"/>
        </w:rPr>
        <w:t>4. GALUTINIS PROJEKTO VEIKLŲ IR ĮGYVENDINIMO PLANAS</w:t>
      </w:r>
    </w:p>
    <w:p w14:paraId="0D9ABF42" w14:textId="77777777" w:rsidR="00973D3E" w:rsidRPr="00632DC4" w:rsidRDefault="00795E04">
      <w:pPr>
        <w:rPr>
          <w:rFonts w:ascii="Times New Roman" w:hAnsi="Times New Roman" w:cs="Times New Roman"/>
          <w:sz w:val="24"/>
          <w:szCs w:val="24"/>
          <w:lang w:val="pt-BR"/>
        </w:rPr>
      </w:pPr>
      <w:proofErr w:type="spellStart"/>
      <w:r w:rsidRPr="001C2B51">
        <w:rPr>
          <w:rFonts w:ascii="Times New Roman" w:hAnsi="Times New Roman" w:cs="Times New Roman"/>
          <w:sz w:val="24"/>
          <w:szCs w:val="24"/>
        </w:rPr>
        <w:t>Pateikite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galutinį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Projekto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veiklų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planą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chronologine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seka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. </w:t>
      </w:r>
      <w:r w:rsidRPr="00632DC4">
        <w:rPr>
          <w:rFonts w:ascii="Times New Roman" w:hAnsi="Times New Roman" w:cs="Times New Roman"/>
          <w:sz w:val="24"/>
          <w:szCs w:val="24"/>
          <w:lang w:val="pt-BR"/>
        </w:rPr>
        <w:t>Įtraukite parengiamąsias, įgyvendinimo ir, jeigu taikoma, užbaigiamąsias veiklas.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05"/>
        <w:gridCol w:w="1411"/>
        <w:gridCol w:w="1422"/>
        <w:gridCol w:w="1423"/>
        <w:gridCol w:w="1422"/>
        <w:gridCol w:w="1423"/>
        <w:gridCol w:w="1456"/>
      </w:tblGrid>
      <w:tr w:rsidR="00973D3E" w:rsidRPr="001C2B51" w14:paraId="756EDA74" w14:textId="77777777" w:rsidTr="674A547D">
        <w:trPr>
          <w:jc w:val="center"/>
        </w:trPr>
        <w:tc>
          <w:tcPr>
            <w:tcW w:w="1425" w:type="dxa"/>
            <w:vAlign w:val="center"/>
          </w:tcPr>
          <w:p w14:paraId="04A7EC4B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Eil. Nr.</w:t>
            </w:r>
          </w:p>
        </w:tc>
        <w:tc>
          <w:tcPr>
            <w:tcW w:w="1425" w:type="dxa"/>
            <w:vAlign w:val="center"/>
          </w:tcPr>
          <w:p w14:paraId="3920BE41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Veikla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etapas</w:t>
            </w:r>
            <w:proofErr w:type="spellEnd"/>
          </w:p>
        </w:tc>
        <w:tc>
          <w:tcPr>
            <w:tcW w:w="1425" w:type="dxa"/>
            <w:vAlign w:val="center"/>
          </w:tcPr>
          <w:p w14:paraId="382FA89E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Data / 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laikotarpis</w:t>
            </w:r>
            <w:proofErr w:type="spellEnd"/>
          </w:p>
        </w:tc>
        <w:tc>
          <w:tcPr>
            <w:tcW w:w="1425" w:type="dxa"/>
            <w:vAlign w:val="center"/>
          </w:tcPr>
          <w:p w14:paraId="1764898C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Vieta / 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renginys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Vokietijoje</w:t>
            </w:r>
            <w:proofErr w:type="spellEnd"/>
          </w:p>
        </w:tc>
        <w:tc>
          <w:tcPr>
            <w:tcW w:w="1425" w:type="dxa"/>
            <w:vAlign w:val="center"/>
          </w:tcPr>
          <w:p w14:paraId="06FD72AA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Trumpas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veiklos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aprašymas</w:t>
            </w:r>
            <w:proofErr w:type="spellEnd"/>
          </w:p>
        </w:tc>
        <w:tc>
          <w:tcPr>
            <w:tcW w:w="1425" w:type="dxa"/>
            <w:vAlign w:val="center"/>
          </w:tcPr>
          <w:p w14:paraId="44249D14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Atsakingas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vykdytojas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partneris</w:t>
            </w:r>
            <w:proofErr w:type="spellEnd"/>
          </w:p>
        </w:tc>
        <w:tc>
          <w:tcPr>
            <w:tcW w:w="1425" w:type="dxa"/>
            <w:vAlign w:val="center"/>
          </w:tcPr>
          <w:p w14:paraId="4BAAE062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Numatomas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rezultatas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rodiklis</w:t>
            </w:r>
            <w:proofErr w:type="spellEnd"/>
          </w:p>
        </w:tc>
      </w:tr>
      <w:tr w:rsidR="00973D3E" w:rsidRPr="001C2B51" w14:paraId="22A1E563" w14:textId="77777777" w:rsidTr="674A547D">
        <w:trPr>
          <w:jc w:val="center"/>
        </w:trPr>
        <w:tc>
          <w:tcPr>
            <w:tcW w:w="1425" w:type="dxa"/>
            <w:vAlign w:val="center"/>
          </w:tcPr>
          <w:p w14:paraId="38BF7F97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5" w:type="dxa"/>
            <w:vAlign w:val="center"/>
          </w:tcPr>
          <w:p w14:paraId="258E899E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684229FE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4D51ECEF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5AFB69BC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7A143420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74209FDD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973D3E" w:rsidRPr="001C2B51" w14:paraId="117E6673" w14:textId="77777777" w:rsidTr="674A547D">
        <w:trPr>
          <w:jc w:val="center"/>
        </w:trPr>
        <w:tc>
          <w:tcPr>
            <w:tcW w:w="1425" w:type="dxa"/>
            <w:vAlign w:val="center"/>
          </w:tcPr>
          <w:p w14:paraId="37E9C36F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dxa"/>
            <w:vAlign w:val="center"/>
          </w:tcPr>
          <w:p w14:paraId="1DFB4335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4B4DFF7A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0A4EC025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0A2DF03C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1F65E865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23911FD1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973D3E" w:rsidRPr="001C2B51" w14:paraId="65A63016" w14:textId="77777777" w:rsidTr="674A547D">
        <w:trPr>
          <w:jc w:val="center"/>
        </w:trPr>
        <w:tc>
          <w:tcPr>
            <w:tcW w:w="1425" w:type="dxa"/>
            <w:vAlign w:val="center"/>
          </w:tcPr>
          <w:p w14:paraId="392D153B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5" w:type="dxa"/>
            <w:vAlign w:val="center"/>
          </w:tcPr>
          <w:p w14:paraId="11944EE7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01A3BEED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01E036C2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11A16DD9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78FFD3BD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096AEA2B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973D3E" w:rsidRPr="001C2B51" w14:paraId="16C32AE4" w14:textId="77777777" w:rsidTr="674A547D">
        <w:trPr>
          <w:jc w:val="center"/>
        </w:trPr>
        <w:tc>
          <w:tcPr>
            <w:tcW w:w="1425" w:type="dxa"/>
            <w:vAlign w:val="center"/>
          </w:tcPr>
          <w:p w14:paraId="338FAC3C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25" w:type="dxa"/>
            <w:vAlign w:val="center"/>
          </w:tcPr>
          <w:p w14:paraId="29CF5762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12581F6C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59BA3D63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58D1DFEC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06883C3A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337B283B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973D3E" w:rsidRPr="001C2B51" w14:paraId="14CE8045" w14:textId="77777777" w:rsidTr="674A547D">
        <w:trPr>
          <w:jc w:val="center"/>
        </w:trPr>
        <w:tc>
          <w:tcPr>
            <w:tcW w:w="1425" w:type="dxa"/>
            <w:vAlign w:val="center"/>
          </w:tcPr>
          <w:p w14:paraId="58511CEE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25" w:type="dxa"/>
            <w:vAlign w:val="center"/>
          </w:tcPr>
          <w:p w14:paraId="3ACFC7D4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5031E309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24DFB400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350934C6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3D3A626D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03DEC8EB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973D3E" w:rsidRPr="001C2B51" w14:paraId="66DB6CD1" w14:textId="77777777" w:rsidTr="674A547D">
        <w:trPr>
          <w:jc w:val="center"/>
        </w:trPr>
        <w:tc>
          <w:tcPr>
            <w:tcW w:w="1425" w:type="dxa"/>
            <w:vAlign w:val="center"/>
          </w:tcPr>
          <w:p w14:paraId="511B8093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25" w:type="dxa"/>
            <w:vAlign w:val="center"/>
          </w:tcPr>
          <w:p w14:paraId="2720795F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23DCEF8E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6DDEDD58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19DE731B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05F28949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5" w:type="dxa"/>
            <w:vAlign w:val="center"/>
          </w:tcPr>
          <w:p w14:paraId="44896B05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14:paraId="0AEA6B24" w14:textId="77777777" w:rsidR="00973D3E" w:rsidRPr="00632DC4" w:rsidRDefault="00795E04">
      <w:pPr>
        <w:spacing w:before="160" w:after="80"/>
        <w:rPr>
          <w:rFonts w:ascii="Times New Roman" w:hAnsi="Times New Roman" w:cs="Times New Roman"/>
          <w:sz w:val="24"/>
          <w:szCs w:val="24"/>
          <w:lang w:val="pt-BR"/>
        </w:rPr>
      </w:pPr>
      <w:r w:rsidRPr="00632DC4">
        <w:rPr>
          <w:rFonts w:ascii="Times New Roman" w:hAnsi="Times New Roman" w:cs="Times New Roman"/>
          <w:b/>
          <w:sz w:val="24"/>
          <w:szCs w:val="24"/>
          <w:lang w:val="pt-BR"/>
        </w:rPr>
        <w:t>5. PROJEKTO ĮGYVENDINIMO VIETA IR (AR) RENGINYS VOKIETIJOJE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982"/>
        <w:gridCol w:w="4980"/>
      </w:tblGrid>
      <w:tr w:rsidR="00973D3E" w:rsidRPr="001C2B51" w14:paraId="78C87B8D" w14:textId="77777777" w:rsidTr="674A547D">
        <w:trPr>
          <w:jc w:val="center"/>
        </w:trPr>
        <w:tc>
          <w:tcPr>
            <w:tcW w:w="4986" w:type="dxa"/>
            <w:vAlign w:val="center"/>
          </w:tcPr>
          <w:p w14:paraId="5E1CF60E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Miestas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(-ai) / 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vietovė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(-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ės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986" w:type="dxa"/>
            <w:vAlign w:val="center"/>
          </w:tcPr>
          <w:p w14:paraId="181856D9" w14:textId="77777777" w:rsidR="00973D3E" w:rsidRPr="001C2B51" w:rsidRDefault="00973D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D3E" w:rsidRPr="00632DC4" w14:paraId="6C803156" w14:textId="77777777" w:rsidTr="674A547D">
        <w:trPr>
          <w:jc w:val="center"/>
        </w:trPr>
        <w:tc>
          <w:tcPr>
            <w:tcW w:w="4986" w:type="dxa"/>
            <w:vAlign w:val="center"/>
          </w:tcPr>
          <w:p w14:paraId="3E38BD52" w14:textId="77777777" w:rsidR="00973D3E" w:rsidRPr="00632DC4" w:rsidRDefault="00795E04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32DC4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Konkreti įgyvendinimo vieta / organizacija / erdvė</w:t>
            </w:r>
          </w:p>
        </w:tc>
        <w:tc>
          <w:tcPr>
            <w:tcW w:w="4986" w:type="dxa"/>
            <w:vAlign w:val="center"/>
          </w:tcPr>
          <w:p w14:paraId="21C3B840" w14:textId="77777777" w:rsidR="00973D3E" w:rsidRPr="00632DC4" w:rsidRDefault="00973D3E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973D3E" w:rsidRPr="00632DC4" w14:paraId="6A4130A4" w14:textId="77777777" w:rsidTr="674A547D">
        <w:trPr>
          <w:jc w:val="center"/>
        </w:trPr>
        <w:tc>
          <w:tcPr>
            <w:tcW w:w="4986" w:type="dxa"/>
            <w:vAlign w:val="center"/>
          </w:tcPr>
          <w:p w14:paraId="0CF19207" w14:textId="77777777" w:rsidR="00973D3E" w:rsidRPr="00632DC4" w:rsidRDefault="00795E04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32DC4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Renginio / festivalio / programos pavadinimas (jeigu taikoma)</w:t>
            </w:r>
          </w:p>
        </w:tc>
        <w:tc>
          <w:tcPr>
            <w:tcW w:w="4986" w:type="dxa"/>
            <w:vAlign w:val="center"/>
          </w:tcPr>
          <w:p w14:paraId="2A7BCBAB" w14:textId="77777777" w:rsidR="00973D3E" w:rsidRPr="00632DC4" w:rsidRDefault="00973D3E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973D3E" w:rsidRPr="001C2B51" w14:paraId="6A9EC1E5" w14:textId="77777777" w:rsidTr="674A547D">
        <w:trPr>
          <w:jc w:val="center"/>
        </w:trPr>
        <w:tc>
          <w:tcPr>
            <w:tcW w:w="4986" w:type="dxa"/>
            <w:vAlign w:val="center"/>
          </w:tcPr>
          <w:p w14:paraId="61F3F564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Renginio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veiklos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data (-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os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986" w:type="dxa"/>
            <w:vAlign w:val="center"/>
          </w:tcPr>
          <w:p w14:paraId="6719FA28" w14:textId="77777777" w:rsidR="00973D3E" w:rsidRPr="001C2B51" w:rsidRDefault="00973D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D3E" w:rsidRPr="00632DC4" w14:paraId="4C482720" w14:textId="77777777" w:rsidTr="674A547D">
        <w:trPr>
          <w:jc w:val="center"/>
        </w:trPr>
        <w:tc>
          <w:tcPr>
            <w:tcW w:w="4986" w:type="dxa"/>
            <w:vAlign w:val="center"/>
          </w:tcPr>
          <w:p w14:paraId="67816793" w14:textId="77777777" w:rsidR="00973D3E" w:rsidRPr="00632DC4" w:rsidRDefault="00795E04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32DC4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Vietos ar renginio pasirinkimo pagrindimas</w:t>
            </w:r>
          </w:p>
        </w:tc>
        <w:tc>
          <w:tcPr>
            <w:tcW w:w="4986" w:type="dxa"/>
            <w:vAlign w:val="center"/>
          </w:tcPr>
          <w:p w14:paraId="6A6F5621" w14:textId="77777777" w:rsidR="00973D3E" w:rsidRPr="00632DC4" w:rsidRDefault="00795E04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32DC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br/>
            </w:r>
            <w:r w:rsidRPr="00632DC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br/>
            </w:r>
            <w:r w:rsidRPr="00632DC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br/>
            </w:r>
          </w:p>
        </w:tc>
      </w:tr>
    </w:tbl>
    <w:p w14:paraId="0711C920" w14:textId="77777777" w:rsidR="00973D3E" w:rsidRPr="00632DC4" w:rsidRDefault="00795E04">
      <w:pPr>
        <w:spacing w:before="160" w:after="80"/>
        <w:rPr>
          <w:rFonts w:ascii="Times New Roman" w:hAnsi="Times New Roman" w:cs="Times New Roman"/>
          <w:sz w:val="24"/>
          <w:szCs w:val="24"/>
          <w:lang w:val="pt-BR"/>
        </w:rPr>
      </w:pPr>
      <w:r w:rsidRPr="00632DC4">
        <w:rPr>
          <w:rFonts w:ascii="Times New Roman" w:hAnsi="Times New Roman" w:cs="Times New Roman"/>
          <w:b/>
          <w:sz w:val="24"/>
          <w:szCs w:val="24"/>
          <w:lang w:val="pt-BR"/>
        </w:rPr>
        <w:t>6. PROJEKTO PARTNERIS (-IAI) VOKIETIJOJE</w:t>
      </w:r>
    </w:p>
    <w:p w14:paraId="505D8393" w14:textId="77777777" w:rsidR="00973D3E" w:rsidRPr="00632DC4" w:rsidRDefault="00795E04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632DC4">
        <w:rPr>
          <w:rFonts w:ascii="Times New Roman" w:hAnsi="Times New Roman" w:cs="Times New Roman"/>
          <w:sz w:val="24"/>
          <w:szCs w:val="24"/>
          <w:lang w:val="pt-BR"/>
        </w:rPr>
        <w:t>Nurodykite galutinai patvirtintą (-us) Projekto partnerį (-ius) Vokietijoje ir jo (jų) vaidmenį Projekte.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0"/>
        <w:gridCol w:w="1659"/>
        <w:gridCol w:w="1661"/>
        <w:gridCol w:w="1659"/>
        <w:gridCol w:w="1661"/>
        <w:gridCol w:w="1662"/>
      </w:tblGrid>
      <w:tr w:rsidR="00973D3E" w:rsidRPr="001C2B51" w14:paraId="76F24F13" w14:textId="77777777" w:rsidTr="674A547D">
        <w:tc>
          <w:tcPr>
            <w:tcW w:w="1662" w:type="dxa"/>
            <w:vAlign w:val="center"/>
          </w:tcPr>
          <w:p w14:paraId="2E8D8C06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Partnerio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pavadinimas</w:t>
            </w:r>
            <w:proofErr w:type="spellEnd"/>
          </w:p>
        </w:tc>
        <w:tc>
          <w:tcPr>
            <w:tcW w:w="1662" w:type="dxa"/>
            <w:vAlign w:val="center"/>
          </w:tcPr>
          <w:p w14:paraId="0741920F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Juridinis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statusas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veiklos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sritis</w:t>
            </w:r>
            <w:proofErr w:type="spellEnd"/>
          </w:p>
        </w:tc>
        <w:tc>
          <w:tcPr>
            <w:tcW w:w="1662" w:type="dxa"/>
            <w:vAlign w:val="center"/>
          </w:tcPr>
          <w:p w14:paraId="798CEEAF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Kontaktinis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asmuo</w:t>
            </w:r>
            <w:proofErr w:type="spellEnd"/>
          </w:p>
        </w:tc>
        <w:tc>
          <w:tcPr>
            <w:tcW w:w="1662" w:type="dxa"/>
            <w:vAlign w:val="center"/>
          </w:tcPr>
          <w:p w14:paraId="2EADBA58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Partnerio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vaidmuo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Projekte</w:t>
            </w:r>
          </w:p>
        </w:tc>
        <w:tc>
          <w:tcPr>
            <w:tcW w:w="1662" w:type="dxa"/>
            <w:vAlign w:val="center"/>
          </w:tcPr>
          <w:p w14:paraId="59D284BB" w14:textId="77777777" w:rsidR="00973D3E" w:rsidRPr="00632DC4" w:rsidRDefault="00795E04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32DC4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Partnerio indėlis (finansinis / nefinansinis, jeigu taikoma)</w:t>
            </w:r>
          </w:p>
        </w:tc>
        <w:tc>
          <w:tcPr>
            <w:tcW w:w="1662" w:type="dxa"/>
            <w:vAlign w:val="center"/>
          </w:tcPr>
          <w:p w14:paraId="7C3ACDB3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Partnerystę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patvirtinantis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dokumentas</w:t>
            </w:r>
            <w:proofErr w:type="spellEnd"/>
          </w:p>
        </w:tc>
      </w:tr>
      <w:tr w:rsidR="00973D3E" w:rsidRPr="001C2B51" w14:paraId="18164DD2" w14:textId="77777777" w:rsidTr="674A547D">
        <w:tc>
          <w:tcPr>
            <w:tcW w:w="1662" w:type="dxa"/>
            <w:vAlign w:val="center"/>
          </w:tcPr>
          <w:p w14:paraId="48D08044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662" w:type="dxa"/>
            <w:vAlign w:val="center"/>
          </w:tcPr>
          <w:p w14:paraId="01D58DFE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662" w:type="dxa"/>
            <w:vAlign w:val="center"/>
          </w:tcPr>
          <w:p w14:paraId="78B50237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662" w:type="dxa"/>
            <w:vAlign w:val="center"/>
          </w:tcPr>
          <w:p w14:paraId="5322F9FC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662" w:type="dxa"/>
            <w:vAlign w:val="center"/>
          </w:tcPr>
          <w:p w14:paraId="7FDD08A4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662" w:type="dxa"/>
            <w:vAlign w:val="center"/>
          </w:tcPr>
          <w:p w14:paraId="5DA18273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973D3E" w:rsidRPr="001C2B51" w14:paraId="3824AB41" w14:textId="77777777" w:rsidTr="674A547D">
        <w:tc>
          <w:tcPr>
            <w:tcW w:w="1662" w:type="dxa"/>
            <w:vAlign w:val="center"/>
          </w:tcPr>
          <w:p w14:paraId="2AB4352D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662" w:type="dxa"/>
            <w:vAlign w:val="center"/>
          </w:tcPr>
          <w:p w14:paraId="5E68C88D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662" w:type="dxa"/>
            <w:vAlign w:val="center"/>
          </w:tcPr>
          <w:p w14:paraId="74E2B4D1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662" w:type="dxa"/>
            <w:vAlign w:val="center"/>
          </w:tcPr>
          <w:p w14:paraId="383FAFD6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662" w:type="dxa"/>
            <w:vAlign w:val="center"/>
          </w:tcPr>
          <w:p w14:paraId="7E496C98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662" w:type="dxa"/>
            <w:vAlign w:val="center"/>
          </w:tcPr>
          <w:p w14:paraId="61D80AD6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973D3E" w:rsidRPr="001C2B51" w14:paraId="07011A8D" w14:textId="77777777" w:rsidTr="674A547D">
        <w:tc>
          <w:tcPr>
            <w:tcW w:w="1662" w:type="dxa"/>
            <w:vAlign w:val="center"/>
          </w:tcPr>
          <w:p w14:paraId="71CAAB96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662" w:type="dxa"/>
            <w:vAlign w:val="center"/>
          </w:tcPr>
          <w:p w14:paraId="07258492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662" w:type="dxa"/>
            <w:vAlign w:val="center"/>
          </w:tcPr>
          <w:p w14:paraId="455B77E1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662" w:type="dxa"/>
            <w:vAlign w:val="center"/>
          </w:tcPr>
          <w:p w14:paraId="6112DE55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662" w:type="dxa"/>
            <w:vAlign w:val="center"/>
          </w:tcPr>
          <w:p w14:paraId="2BE85CCA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662" w:type="dxa"/>
            <w:vAlign w:val="center"/>
          </w:tcPr>
          <w:p w14:paraId="0C3C792B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14:paraId="506441FA" w14:textId="77777777" w:rsidR="00973D3E" w:rsidRPr="001C2B51" w:rsidRDefault="00795E04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1C2B51">
        <w:rPr>
          <w:rFonts w:ascii="Times New Roman" w:hAnsi="Times New Roman" w:cs="Times New Roman"/>
          <w:b/>
          <w:sz w:val="24"/>
          <w:szCs w:val="24"/>
        </w:rPr>
        <w:t>7. PARTNERYSTĘ VOKIETIJOJE PATVIRTINANTYS DOKUMENTAI</w:t>
      </w:r>
    </w:p>
    <w:p w14:paraId="3143FAD9" w14:textId="77777777" w:rsidR="00973D3E" w:rsidRPr="001C2B51" w:rsidRDefault="00795E0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C2B51">
        <w:rPr>
          <w:rFonts w:ascii="Times New Roman" w:hAnsi="Times New Roman" w:cs="Times New Roman"/>
          <w:sz w:val="24"/>
          <w:szCs w:val="24"/>
        </w:rPr>
        <w:t>Prie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Detalizuoto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projekto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privaloma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pridėti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sutartį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susitarimą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ketinimų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protokolą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kitą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dokumentą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patvirtinantį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Projekto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partnerio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Vokietijoje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dalyvavimą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jo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vaidmenį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Projekte.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981"/>
        <w:gridCol w:w="4981"/>
      </w:tblGrid>
      <w:tr w:rsidR="00973D3E" w:rsidRPr="00632DC4" w14:paraId="70EF0B96" w14:textId="77777777" w:rsidTr="674A547D">
        <w:trPr>
          <w:jc w:val="center"/>
        </w:trPr>
        <w:tc>
          <w:tcPr>
            <w:tcW w:w="4986" w:type="dxa"/>
            <w:vAlign w:val="center"/>
          </w:tcPr>
          <w:p w14:paraId="17FB274F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Pridedamo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dokumento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rūšis</w:t>
            </w:r>
            <w:proofErr w:type="spellEnd"/>
          </w:p>
        </w:tc>
        <w:tc>
          <w:tcPr>
            <w:tcW w:w="4986" w:type="dxa"/>
            <w:vAlign w:val="center"/>
          </w:tcPr>
          <w:p w14:paraId="191FB853" w14:textId="77777777" w:rsidR="00973D3E" w:rsidRPr="00632DC4" w:rsidRDefault="00795E04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32DC4">
              <w:rPr>
                <w:rFonts w:ascii="Segoe UI Symbol" w:hAnsi="Segoe UI Symbol" w:cs="Segoe UI Symbol"/>
                <w:sz w:val="24"/>
                <w:szCs w:val="24"/>
                <w:lang w:val="pt-BR"/>
              </w:rPr>
              <w:t>☐</w:t>
            </w:r>
            <w:r w:rsidRPr="00632DC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Sutartis   </w:t>
            </w:r>
            <w:r w:rsidRPr="00632DC4">
              <w:rPr>
                <w:rFonts w:ascii="Segoe UI Symbol" w:hAnsi="Segoe UI Symbol" w:cs="Segoe UI Symbol"/>
                <w:sz w:val="24"/>
                <w:szCs w:val="24"/>
                <w:lang w:val="pt-BR"/>
              </w:rPr>
              <w:t>☐</w:t>
            </w:r>
            <w:r w:rsidRPr="00632DC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Susitarimas   </w:t>
            </w:r>
            <w:r w:rsidRPr="00632DC4">
              <w:rPr>
                <w:rFonts w:ascii="Segoe UI Symbol" w:hAnsi="Segoe UI Symbol" w:cs="Segoe UI Symbol"/>
                <w:sz w:val="24"/>
                <w:szCs w:val="24"/>
                <w:lang w:val="pt-BR"/>
              </w:rPr>
              <w:t>☐</w:t>
            </w:r>
            <w:r w:rsidRPr="00632DC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Ketinimų protokolas   </w:t>
            </w:r>
            <w:r w:rsidRPr="00632DC4">
              <w:rPr>
                <w:rFonts w:ascii="Segoe UI Symbol" w:hAnsi="Segoe UI Symbol" w:cs="Segoe UI Symbol"/>
                <w:sz w:val="24"/>
                <w:szCs w:val="24"/>
                <w:lang w:val="pt-BR"/>
              </w:rPr>
              <w:t>☐</w:t>
            </w:r>
            <w:r w:rsidRPr="00632DC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Kitas dokumentas</w:t>
            </w:r>
          </w:p>
        </w:tc>
      </w:tr>
      <w:tr w:rsidR="00973D3E" w:rsidRPr="001C2B51" w14:paraId="6FA288CD" w14:textId="77777777" w:rsidTr="674A547D">
        <w:trPr>
          <w:jc w:val="center"/>
        </w:trPr>
        <w:tc>
          <w:tcPr>
            <w:tcW w:w="4986" w:type="dxa"/>
            <w:vAlign w:val="center"/>
          </w:tcPr>
          <w:p w14:paraId="1D9C659E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Dokumento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pavadinimas</w:t>
            </w:r>
            <w:proofErr w:type="spellEnd"/>
          </w:p>
        </w:tc>
        <w:tc>
          <w:tcPr>
            <w:tcW w:w="4986" w:type="dxa"/>
            <w:vAlign w:val="center"/>
          </w:tcPr>
          <w:p w14:paraId="13F31613" w14:textId="77777777" w:rsidR="00973D3E" w:rsidRPr="001C2B51" w:rsidRDefault="00973D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D3E" w:rsidRPr="00632DC4" w14:paraId="5529031B" w14:textId="77777777" w:rsidTr="674A547D">
        <w:trPr>
          <w:jc w:val="center"/>
        </w:trPr>
        <w:tc>
          <w:tcPr>
            <w:tcW w:w="4986" w:type="dxa"/>
            <w:vAlign w:val="center"/>
          </w:tcPr>
          <w:p w14:paraId="49671FA0" w14:textId="77777777" w:rsidR="00973D3E" w:rsidRPr="00632DC4" w:rsidRDefault="00795E04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32DC4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Dokumento data / numeris (jeigu taikoma)</w:t>
            </w:r>
          </w:p>
        </w:tc>
        <w:tc>
          <w:tcPr>
            <w:tcW w:w="4986" w:type="dxa"/>
            <w:vAlign w:val="center"/>
          </w:tcPr>
          <w:p w14:paraId="14352068" w14:textId="77777777" w:rsidR="00973D3E" w:rsidRPr="00632DC4" w:rsidRDefault="00973D3E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973D3E" w:rsidRPr="00632DC4" w14:paraId="41736FD8" w14:textId="77777777" w:rsidTr="674A547D">
        <w:trPr>
          <w:jc w:val="center"/>
        </w:trPr>
        <w:tc>
          <w:tcPr>
            <w:tcW w:w="4986" w:type="dxa"/>
            <w:vAlign w:val="center"/>
          </w:tcPr>
          <w:p w14:paraId="21690E08" w14:textId="77777777" w:rsidR="00973D3E" w:rsidRPr="00632DC4" w:rsidRDefault="00795E04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32DC4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Trumpai nurodykite, kokį partnerio dalyvavimą ir vaidmenį dokumentas patvirtina</w:t>
            </w:r>
          </w:p>
        </w:tc>
        <w:tc>
          <w:tcPr>
            <w:tcW w:w="4986" w:type="dxa"/>
            <w:vAlign w:val="center"/>
          </w:tcPr>
          <w:p w14:paraId="564C1FF9" w14:textId="77777777" w:rsidR="00973D3E" w:rsidRPr="00632DC4" w:rsidRDefault="00795E04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32DC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br/>
            </w:r>
            <w:r w:rsidRPr="00632DC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br/>
            </w:r>
            <w:r w:rsidRPr="00632DC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br/>
            </w:r>
          </w:p>
        </w:tc>
      </w:tr>
    </w:tbl>
    <w:p w14:paraId="049689E3" w14:textId="77777777" w:rsidR="00973D3E" w:rsidRPr="00632DC4" w:rsidRDefault="00795E04">
      <w:pPr>
        <w:spacing w:before="160" w:after="80"/>
        <w:rPr>
          <w:rFonts w:ascii="Times New Roman" w:hAnsi="Times New Roman" w:cs="Times New Roman"/>
          <w:sz w:val="24"/>
          <w:szCs w:val="24"/>
          <w:lang w:val="pt-BR"/>
        </w:rPr>
      </w:pPr>
      <w:r w:rsidRPr="00632DC4">
        <w:rPr>
          <w:rFonts w:ascii="Times New Roman" w:hAnsi="Times New Roman" w:cs="Times New Roman"/>
          <w:b/>
          <w:sz w:val="24"/>
          <w:szCs w:val="24"/>
          <w:lang w:val="pt-BR"/>
        </w:rPr>
        <w:t>8. PROJEKTO ATITIKTIS ATRINKTAI IDĖJAI</w:t>
      </w:r>
    </w:p>
    <w:p w14:paraId="1E3489D5" w14:textId="77777777" w:rsidR="00973D3E" w:rsidRPr="00632DC4" w:rsidRDefault="00795E04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632DC4">
        <w:rPr>
          <w:rFonts w:ascii="Times New Roman" w:hAnsi="Times New Roman" w:cs="Times New Roman"/>
          <w:sz w:val="24"/>
          <w:szCs w:val="24"/>
          <w:lang w:val="pt-BR"/>
        </w:rPr>
        <w:t>Nurodykite, ar detalizuojant Projektą buvo atlikti pakeitimai, susiję su konkrečia įgyvendinimo vieta, partneryste, laiku ar biudžetu. Jeigu taip, trumpai juos pagrįskite ir paaiškinkite, kodėl jie nekeičia atrinktos Idėjos esmės.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62"/>
      </w:tblGrid>
      <w:tr w:rsidR="00973D3E" w:rsidRPr="00632DC4" w14:paraId="5166B84A" w14:textId="77777777">
        <w:tc>
          <w:tcPr>
            <w:tcW w:w="9972" w:type="dxa"/>
            <w:vAlign w:val="center"/>
          </w:tcPr>
          <w:p w14:paraId="609864FA" w14:textId="77777777" w:rsidR="00973D3E" w:rsidRPr="00632DC4" w:rsidRDefault="00795E04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32DC4">
              <w:rPr>
                <w:rFonts w:ascii="Segoe UI Symbol" w:hAnsi="Segoe UI Symbol" w:cs="Segoe UI Symbol"/>
                <w:sz w:val="24"/>
                <w:szCs w:val="24"/>
                <w:lang w:val="pt-BR"/>
              </w:rPr>
              <w:t>☐</w:t>
            </w:r>
            <w:r w:rsidRPr="00632DC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Pakeitimų nėra</w:t>
            </w:r>
            <w:r w:rsidRPr="00632DC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br/>
            </w:r>
            <w:r w:rsidRPr="00632DC4">
              <w:rPr>
                <w:rFonts w:ascii="Segoe UI Symbol" w:hAnsi="Segoe UI Symbol" w:cs="Segoe UI Symbol"/>
                <w:sz w:val="24"/>
                <w:szCs w:val="24"/>
                <w:lang w:val="pt-BR"/>
              </w:rPr>
              <w:t>☐</w:t>
            </w:r>
            <w:r w:rsidRPr="00632DC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Yra pakeitimų. Pagrindimas:</w:t>
            </w:r>
            <w:r w:rsidRPr="00632DC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br/>
            </w:r>
            <w:r w:rsidRPr="00632DC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br/>
            </w:r>
            <w:r w:rsidRPr="00632DC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br/>
            </w:r>
            <w:r w:rsidRPr="00632DC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br/>
            </w:r>
          </w:p>
        </w:tc>
      </w:tr>
    </w:tbl>
    <w:p w14:paraId="6CB8D72E" w14:textId="77777777" w:rsidR="00973D3E" w:rsidRPr="001C2B51" w:rsidRDefault="00795E04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1C2B51">
        <w:rPr>
          <w:rFonts w:ascii="Times New Roman" w:hAnsi="Times New Roman" w:cs="Times New Roman"/>
          <w:b/>
          <w:sz w:val="24"/>
          <w:szCs w:val="24"/>
        </w:rPr>
        <w:t>9. PRIDEDAMI DOKUMENTAI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226"/>
        <w:gridCol w:w="5736"/>
      </w:tblGrid>
      <w:tr w:rsidR="00973D3E" w:rsidRPr="00632DC4" w14:paraId="6BA00637" w14:textId="77777777" w:rsidTr="674A547D">
        <w:trPr>
          <w:jc w:val="center"/>
        </w:trPr>
        <w:tc>
          <w:tcPr>
            <w:tcW w:w="4986" w:type="dxa"/>
            <w:vAlign w:val="center"/>
          </w:tcPr>
          <w:p w14:paraId="0A23F9EC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Privalomi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dokumentai</w:t>
            </w:r>
            <w:proofErr w:type="spellEnd"/>
          </w:p>
        </w:tc>
        <w:tc>
          <w:tcPr>
            <w:tcW w:w="4986" w:type="dxa"/>
            <w:vAlign w:val="center"/>
          </w:tcPr>
          <w:p w14:paraId="2137901A" w14:textId="77777777" w:rsidR="00973D3E" w:rsidRPr="00632DC4" w:rsidRDefault="00795E04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32DC4">
              <w:rPr>
                <w:rFonts w:ascii="Segoe UI Symbol" w:hAnsi="Segoe UI Symbol" w:cs="Segoe UI Symbol"/>
                <w:sz w:val="24"/>
                <w:szCs w:val="24"/>
                <w:lang w:val="pt-BR"/>
              </w:rPr>
              <w:t>☐</w:t>
            </w:r>
            <w:r w:rsidRPr="00632DC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Partnerystę Vokietijoje patvirtinantis dokumentas</w:t>
            </w:r>
            <w:r w:rsidRPr="00632DC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br/>
            </w:r>
            <w:r w:rsidRPr="00632DC4">
              <w:rPr>
                <w:rFonts w:ascii="Segoe UI Symbol" w:hAnsi="Segoe UI Symbol" w:cs="Segoe UI Symbol"/>
                <w:sz w:val="24"/>
                <w:szCs w:val="24"/>
                <w:lang w:val="pt-BR"/>
              </w:rPr>
              <w:t>☐</w:t>
            </w:r>
            <w:r w:rsidRPr="00632DC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Detali Projekto sąmata pagal Lietuvos kino centro nustatytą formą</w:t>
            </w:r>
          </w:p>
        </w:tc>
      </w:tr>
      <w:tr w:rsidR="00973D3E" w:rsidRPr="001C2B51" w14:paraId="725A876F" w14:textId="77777777" w:rsidTr="674A547D">
        <w:trPr>
          <w:jc w:val="center"/>
        </w:trPr>
        <w:tc>
          <w:tcPr>
            <w:tcW w:w="4986" w:type="dxa"/>
            <w:vAlign w:val="center"/>
          </w:tcPr>
          <w:p w14:paraId="751B64D6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Kiti 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dokumentai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jeigu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taikoma</w:t>
            </w:r>
            <w:proofErr w:type="spellEnd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986" w:type="dxa"/>
            <w:vAlign w:val="center"/>
          </w:tcPr>
          <w:p w14:paraId="36F8657F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t>Informacija</w:t>
            </w:r>
            <w:proofErr w:type="spellEnd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t>dokumentai</w:t>
            </w:r>
            <w:proofErr w:type="spellEnd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t>apie</w:t>
            </w:r>
            <w:proofErr w:type="spellEnd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t>kitus</w:t>
            </w:r>
            <w:proofErr w:type="spellEnd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t>Projekto</w:t>
            </w:r>
            <w:proofErr w:type="spellEnd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t>finansavimo</w:t>
            </w:r>
            <w:proofErr w:type="spellEnd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t>šaltinius</w:t>
            </w:r>
            <w:proofErr w:type="spellEnd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t>Informacija</w:t>
            </w:r>
            <w:proofErr w:type="spellEnd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t>apie</w:t>
            </w:r>
            <w:proofErr w:type="spellEnd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t>partnerių</w:t>
            </w:r>
            <w:proofErr w:type="spellEnd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t>finansinį</w:t>
            </w:r>
            <w:proofErr w:type="spellEnd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proofErr w:type="spellEnd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t>nefinansinį</w:t>
            </w:r>
            <w:proofErr w:type="spellEnd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t>indėlį</w:t>
            </w:r>
            <w:proofErr w:type="spellEnd"/>
            <w:r w:rsidRPr="001C2B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C2B51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1C2B51">
              <w:rPr>
                <w:rFonts w:ascii="Times New Roman" w:hAnsi="Times New Roman" w:cs="Times New Roman"/>
                <w:sz w:val="24"/>
                <w:szCs w:val="24"/>
              </w:rPr>
              <w:t xml:space="preserve"> Kita: ______________________________________________</w:t>
            </w:r>
          </w:p>
        </w:tc>
      </w:tr>
    </w:tbl>
    <w:p w14:paraId="160AA669" w14:textId="77777777" w:rsidR="00973D3E" w:rsidRPr="001C2B51" w:rsidRDefault="00795E04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1C2B51">
        <w:rPr>
          <w:rFonts w:ascii="Times New Roman" w:hAnsi="Times New Roman" w:cs="Times New Roman"/>
          <w:b/>
          <w:sz w:val="24"/>
          <w:szCs w:val="24"/>
        </w:rPr>
        <w:t>10. PAREIŠKĖJO PATVIRTINIMAS</w:t>
      </w:r>
    </w:p>
    <w:p w14:paraId="319ED201" w14:textId="77777777" w:rsidR="00973D3E" w:rsidRPr="001C2B51" w:rsidRDefault="00795E0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C2B51">
        <w:rPr>
          <w:rFonts w:ascii="Times New Roman" w:hAnsi="Times New Roman" w:cs="Times New Roman"/>
          <w:sz w:val="24"/>
          <w:szCs w:val="24"/>
        </w:rPr>
        <w:lastRenderedPageBreak/>
        <w:t>Patvirtinu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kad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Detalizuotame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projekte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jo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prieduose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pateikta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informacija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yra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teisinga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Detalizuotas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projektas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atitinka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Konkurso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būdu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atrinktą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Idėją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Lietuvos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kultūros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programos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Vokietijoje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kino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srities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idėjų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konkurso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nuostatų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B51">
        <w:rPr>
          <w:rFonts w:ascii="Times New Roman" w:hAnsi="Times New Roman" w:cs="Times New Roman"/>
          <w:sz w:val="24"/>
          <w:szCs w:val="24"/>
        </w:rPr>
        <w:t>reikalavimus</w:t>
      </w:r>
      <w:proofErr w:type="spellEnd"/>
      <w:r w:rsidRPr="001C2B51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982"/>
        <w:gridCol w:w="4980"/>
      </w:tblGrid>
      <w:tr w:rsidR="00973D3E" w:rsidRPr="00632DC4" w14:paraId="118D5EDC" w14:textId="77777777" w:rsidTr="674A547D">
        <w:trPr>
          <w:jc w:val="center"/>
        </w:trPr>
        <w:tc>
          <w:tcPr>
            <w:tcW w:w="4986" w:type="dxa"/>
            <w:vAlign w:val="center"/>
          </w:tcPr>
          <w:p w14:paraId="34EB2B42" w14:textId="77777777" w:rsidR="00973D3E" w:rsidRPr="00632DC4" w:rsidRDefault="00795E04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32DC4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Vadovo / įgalioto asmens vardas, pavardė</w:t>
            </w:r>
          </w:p>
        </w:tc>
        <w:tc>
          <w:tcPr>
            <w:tcW w:w="4986" w:type="dxa"/>
            <w:vAlign w:val="center"/>
          </w:tcPr>
          <w:p w14:paraId="3CE753F9" w14:textId="77777777" w:rsidR="00973D3E" w:rsidRPr="00632DC4" w:rsidRDefault="00973D3E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973D3E" w:rsidRPr="001C2B51" w14:paraId="7C0BE6EF" w14:textId="77777777" w:rsidTr="674A547D">
        <w:trPr>
          <w:jc w:val="center"/>
        </w:trPr>
        <w:tc>
          <w:tcPr>
            <w:tcW w:w="4986" w:type="dxa"/>
            <w:vAlign w:val="center"/>
          </w:tcPr>
          <w:p w14:paraId="777CEADF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Pareigos</w:t>
            </w:r>
            <w:proofErr w:type="spellEnd"/>
          </w:p>
        </w:tc>
        <w:tc>
          <w:tcPr>
            <w:tcW w:w="4986" w:type="dxa"/>
            <w:vAlign w:val="center"/>
          </w:tcPr>
          <w:p w14:paraId="0E4B5BC2" w14:textId="77777777" w:rsidR="00973D3E" w:rsidRPr="001C2B51" w:rsidRDefault="00973D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D3E" w:rsidRPr="001C2B51" w14:paraId="0D73F4D9" w14:textId="77777777" w:rsidTr="674A547D">
        <w:trPr>
          <w:jc w:val="center"/>
        </w:trPr>
        <w:tc>
          <w:tcPr>
            <w:tcW w:w="4986" w:type="dxa"/>
            <w:vAlign w:val="center"/>
          </w:tcPr>
          <w:p w14:paraId="6FA74746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4986" w:type="dxa"/>
            <w:vAlign w:val="center"/>
          </w:tcPr>
          <w:p w14:paraId="7F662A5C" w14:textId="77777777" w:rsidR="00973D3E" w:rsidRPr="001C2B51" w:rsidRDefault="00973D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D3E" w:rsidRPr="001C2B51" w14:paraId="5B0DA1F9" w14:textId="77777777" w:rsidTr="674A547D">
        <w:trPr>
          <w:jc w:val="center"/>
        </w:trPr>
        <w:tc>
          <w:tcPr>
            <w:tcW w:w="4986" w:type="dxa"/>
            <w:vAlign w:val="center"/>
          </w:tcPr>
          <w:p w14:paraId="3484F230" w14:textId="77777777" w:rsidR="00973D3E" w:rsidRPr="001C2B51" w:rsidRDefault="0079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2B51">
              <w:rPr>
                <w:rFonts w:ascii="Times New Roman" w:hAnsi="Times New Roman" w:cs="Times New Roman"/>
                <w:b/>
                <w:sz w:val="24"/>
                <w:szCs w:val="24"/>
              </w:rPr>
              <w:t>Parašas</w:t>
            </w:r>
            <w:proofErr w:type="spellEnd"/>
          </w:p>
        </w:tc>
        <w:tc>
          <w:tcPr>
            <w:tcW w:w="4986" w:type="dxa"/>
            <w:vAlign w:val="center"/>
          </w:tcPr>
          <w:p w14:paraId="6B4BEE9B" w14:textId="77777777" w:rsidR="00973D3E" w:rsidRPr="001C2B51" w:rsidRDefault="00973D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3208BF2" w14:textId="77777777" w:rsidR="00632DC4" w:rsidRDefault="00632DC4" w:rsidP="00632DC4">
      <w:pPr>
        <w:ind w:left="2160" w:firstLine="720"/>
        <w:rPr>
          <w:rFonts w:ascii="Times New Roman" w:hAnsi="Times New Roman" w:cs="Times New Roman"/>
          <w:sz w:val="24"/>
          <w:szCs w:val="24"/>
        </w:rPr>
      </w:pPr>
    </w:p>
    <w:p w14:paraId="45C09DA8" w14:textId="77777777" w:rsidR="00632DC4" w:rsidRDefault="00632DC4" w:rsidP="00632DC4">
      <w:pPr>
        <w:ind w:left="2160" w:firstLine="720"/>
        <w:rPr>
          <w:rFonts w:ascii="Times New Roman" w:hAnsi="Times New Roman" w:cs="Times New Roman"/>
          <w:sz w:val="24"/>
          <w:szCs w:val="24"/>
        </w:rPr>
      </w:pPr>
    </w:p>
    <w:p w14:paraId="06F565D9" w14:textId="22A597E3" w:rsidR="717C6AB9" w:rsidRDefault="6693F807" w:rsidP="00632DC4">
      <w:pPr>
        <w:ind w:left="2880" w:firstLine="720"/>
        <w:rPr>
          <w:rFonts w:ascii="Times New Roman" w:hAnsi="Times New Roman" w:cs="Times New Roman"/>
          <w:sz w:val="24"/>
          <w:szCs w:val="24"/>
        </w:rPr>
      </w:pPr>
      <w:r w:rsidRPr="6693F807">
        <w:rPr>
          <w:rFonts w:ascii="Times New Roman" w:hAnsi="Times New Roman" w:cs="Times New Roman"/>
          <w:sz w:val="24"/>
          <w:szCs w:val="24"/>
        </w:rPr>
        <w:t>_______________________</w:t>
      </w:r>
      <w:r w:rsidR="3DFDD289" w:rsidRPr="6693F807">
        <w:rPr>
          <w:rFonts w:ascii="Times New Roman" w:hAnsi="Times New Roman" w:cs="Times New Roman"/>
          <w:sz w:val="24"/>
          <w:szCs w:val="24"/>
        </w:rPr>
        <w:t>___</w:t>
      </w:r>
    </w:p>
    <w:sectPr w:rsidR="717C6AB9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4243EAF"/>
    <w:multiLevelType w:val="hybridMultilevel"/>
    <w:tmpl w:val="0F3E0474"/>
    <w:lvl w:ilvl="0" w:tplc="9A287A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374086988">
    <w:abstractNumId w:val="8"/>
  </w:num>
  <w:num w:numId="2" w16cid:durableId="619649128">
    <w:abstractNumId w:val="6"/>
  </w:num>
  <w:num w:numId="3" w16cid:durableId="1179390693">
    <w:abstractNumId w:val="5"/>
  </w:num>
  <w:num w:numId="4" w16cid:durableId="1403218605">
    <w:abstractNumId w:val="4"/>
  </w:num>
  <w:num w:numId="5" w16cid:durableId="1285454786">
    <w:abstractNumId w:val="7"/>
  </w:num>
  <w:num w:numId="6" w16cid:durableId="1206720228">
    <w:abstractNumId w:val="3"/>
  </w:num>
  <w:num w:numId="7" w16cid:durableId="928733740">
    <w:abstractNumId w:val="2"/>
  </w:num>
  <w:num w:numId="8" w16cid:durableId="1354962115">
    <w:abstractNumId w:val="1"/>
  </w:num>
  <w:num w:numId="9" w16cid:durableId="32656468">
    <w:abstractNumId w:val="0"/>
  </w:num>
  <w:num w:numId="10" w16cid:durableId="76199456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5E7C"/>
    <w:rsid w:val="00101FED"/>
    <w:rsid w:val="0015074B"/>
    <w:rsid w:val="001C2B51"/>
    <w:rsid w:val="0029639D"/>
    <w:rsid w:val="002A06AF"/>
    <w:rsid w:val="00326F90"/>
    <w:rsid w:val="00632DC4"/>
    <w:rsid w:val="00687D59"/>
    <w:rsid w:val="00795E04"/>
    <w:rsid w:val="00953B6C"/>
    <w:rsid w:val="00973D3E"/>
    <w:rsid w:val="00AA1D8D"/>
    <w:rsid w:val="00B47730"/>
    <w:rsid w:val="00CB0664"/>
    <w:rsid w:val="00D612C1"/>
    <w:rsid w:val="00D917BE"/>
    <w:rsid w:val="00DE779B"/>
    <w:rsid w:val="00FC693F"/>
    <w:rsid w:val="039FA911"/>
    <w:rsid w:val="0CEFB6C1"/>
    <w:rsid w:val="0D53D2E8"/>
    <w:rsid w:val="18AF6D01"/>
    <w:rsid w:val="1A3DEA8D"/>
    <w:rsid w:val="24B40993"/>
    <w:rsid w:val="31992EA5"/>
    <w:rsid w:val="31CDC833"/>
    <w:rsid w:val="37BEB052"/>
    <w:rsid w:val="3DFDD289"/>
    <w:rsid w:val="43E28F23"/>
    <w:rsid w:val="49D8121E"/>
    <w:rsid w:val="4DC1616E"/>
    <w:rsid w:val="593BC918"/>
    <w:rsid w:val="64A25B9D"/>
    <w:rsid w:val="6693F807"/>
    <w:rsid w:val="674A547D"/>
    <w:rsid w:val="67732ACD"/>
    <w:rsid w:val="6C27348B"/>
    <w:rsid w:val="717C6AB9"/>
    <w:rsid w:val="76109D2B"/>
    <w:rsid w:val="7ED04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3BCA39"/>
  <w14:defaultImageDpi w14:val="300"/>
  <w15:docId w15:val="{E0C887E8-6990-40C4-9FCE-BA3A88583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621be2-09a8-4ecf-a4f6-2b817f971f19" xsi:nil="true"/>
    <lcf76f155ced4ddcb4097134ff3c332f xmlns="22dbaa52-5d5a-4806-ae0d-f920dab8f355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91E9D35A53E9A4EBD386BD6CA5FE45A" ma:contentTypeVersion="22" ma:contentTypeDescription="Kurkite naują dokumentą." ma:contentTypeScope="" ma:versionID="f29d0effe7b019615be5fd9f2041a1d7">
  <xsd:schema xmlns:xsd="http://www.w3.org/2001/XMLSchema" xmlns:xs="http://www.w3.org/2001/XMLSchema" xmlns:p="http://schemas.microsoft.com/office/2006/metadata/properties" xmlns:ns2="22dbaa52-5d5a-4806-ae0d-f920dab8f355" xmlns:ns3="f1621be2-09a8-4ecf-a4f6-2b817f971f19" targetNamespace="http://schemas.microsoft.com/office/2006/metadata/properties" ma:root="true" ma:fieldsID="435d824d282099c062d6d60e3d0fcbde" ns2:_="" ns3:_="">
    <xsd:import namespace="22dbaa52-5d5a-4806-ae0d-f920dab8f355"/>
    <xsd:import namespace="f1621be2-09a8-4ecf-a4f6-2b817f971f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dbaa52-5d5a-4806-ae0d-f920dab8f3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Vaizdų žymės" ma:readOnly="false" ma:fieldId="{5cf76f15-5ced-4ddc-b409-7134ff3c332f}" ma:taxonomyMulti="true" ma:sspId="c0864939-75c6-4484-8098-18c4e1df42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621be2-09a8-4ecf-a4f6-2b817f971f1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9b642a4-d2eb-433c-9774-f14ef5d9a268}" ma:internalName="TaxCatchAll" ma:showField="CatchAllData" ma:web="f1621be2-09a8-4ecf-a4f6-2b817f971f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9231F1-3A4E-4139-9B31-752296A554DD}">
  <ds:schemaRefs>
    <ds:schemaRef ds:uri="http://schemas.microsoft.com/office/2006/metadata/properties"/>
    <ds:schemaRef ds:uri="http://schemas.microsoft.com/office/infopath/2007/PartnerControls"/>
    <ds:schemaRef ds:uri="f1621be2-09a8-4ecf-a4f6-2b817f971f19"/>
    <ds:schemaRef ds:uri="22dbaa52-5d5a-4806-ae0d-f920dab8f355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E4CF468-4939-42FE-A301-C1FA6CB4B4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dbaa52-5d5a-4806-ae0d-f920dab8f355"/>
    <ds:schemaRef ds:uri="f1621be2-09a8-4ecf-a4f6-2b817f971f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47019EA-7FE7-4BF3-929A-01106EFB05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2480</Words>
  <Characters>1415</Characters>
  <Application>Microsoft Office Word</Application>
  <DocSecurity>0</DocSecurity>
  <Lines>11</Lines>
  <Paragraphs>7</Paragraphs>
  <ScaleCrop>false</ScaleCrop>
  <Manager/>
  <Company/>
  <LinksUpToDate>false</LinksUpToDate>
  <CharactersWithSpaces>3888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Mintarė Varanavičiūtė</cp:lastModifiedBy>
  <cp:revision>13</cp:revision>
  <dcterms:created xsi:type="dcterms:W3CDTF">2026-09-15T08:50:00Z</dcterms:created>
  <dcterms:modified xsi:type="dcterms:W3CDTF">2026-10-02T12:29:00Z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0x010100691E9D35A53E9A4EBD386BD6CA5FE45A</vt:lpwstr>
  </property>
  <property fmtid="{D5CDD505-2E9C-101B-9397-08002B2CF9AE}" pid="3" name="MediaServiceImageTags">
    <vt:lpwstr/>
  </property>
</Properties>
</file>